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6F2F6" w14:textId="2358A616" w:rsidR="00B01399" w:rsidRPr="00C365E9" w:rsidRDefault="00B01399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 w:rsidRPr="00B01399"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  <w:t xml:space="preserve">Request for Enrollment as an Auditor </w:t>
      </w:r>
      <w:r w:rsidRPr="00C365E9">
        <w:rPr>
          <w:rFonts w:eastAsiaTheme="majorEastAsia" w:cstheme="majorBidi"/>
          <w:color w:val="365F91" w:themeColor="accent1" w:themeShade="BF"/>
          <w:sz w:val="24"/>
          <w:szCs w:val="24"/>
        </w:rPr>
        <w:t>for the Academic Year 2025–2026</w:t>
      </w:r>
    </w:p>
    <w:p w14:paraId="209483D9" w14:textId="6968B9A6" w:rsidR="001D19E4" w:rsidRPr="00B01399" w:rsidRDefault="00197EC9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t>The undersigned declares that the information provided on the enrollment form is truthful and requests to be enrolled at Leiden University as an auditor for the program:</w:t>
      </w:r>
      <w:r>
        <w:br/>
      </w:r>
      <w:r>
        <w:br/>
        <w:t xml:space="preserve">He/she declares to have paid the course fee of €1,431 to </w:t>
      </w:r>
      <w:r w:rsidR="00B01399">
        <w:br/>
      </w:r>
      <w:r>
        <w:t xml:space="preserve">bank account NL71 RABO 0103257217 of Leiden University, </w:t>
      </w:r>
      <w:r w:rsidR="00B01399">
        <w:br/>
      </w:r>
      <w:r>
        <w:t>stating the student number. A copy of the payment proof must be enclosed.</w:t>
      </w:r>
      <w:r>
        <w:br/>
      </w:r>
      <w:r>
        <w:br/>
        <w:t>Place: ____________________________</w:t>
      </w:r>
      <w:r>
        <w:br/>
        <w:t>Date: ____________________________</w:t>
      </w:r>
      <w:r>
        <w:br/>
        <w:t>Signature: ___________________________________________________________</w:t>
      </w:r>
      <w:r>
        <w:br/>
      </w:r>
      <w:r>
        <w:br/>
        <w:t>Student Number | Date of Birth | Place/Country of Birth</w:t>
      </w:r>
      <w:r>
        <w:br/>
        <w:t>___________________ | ________________ | _______________________________</w:t>
      </w:r>
      <w:r>
        <w:br/>
      </w:r>
      <w:r>
        <w:br/>
        <w:t>Last Name | Prefix(es) | Initials | ☐ Male ☐ Female</w:t>
      </w:r>
      <w:r>
        <w:br/>
        <w:t>___________________ | ________________ | ___________</w:t>
      </w:r>
      <w:r>
        <w:br/>
      </w:r>
      <w:r>
        <w:br/>
        <w:t>Nationality: ____________________________</w:t>
      </w:r>
      <w:r>
        <w:br/>
        <w:t>Street and House Number: _____________________________________________</w:t>
      </w:r>
      <w:r>
        <w:br/>
        <w:t>Phone Number: ____________________________</w:t>
      </w:r>
      <w:r>
        <w:br/>
        <w:t>Postal Code and City: _________________________________________________</w:t>
      </w:r>
      <w:r>
        <w:br/>
        <w:t>Country: ____________________________</w:t>
      </w:r>
    </w:p>
    <w:p w14:paraId="61D022A0" w14:textId="3846038C" w:rsidR="001D19E4" w:rsidRDefault="00197EC9">
      <w:r>
        <w:t>Student Number: ___________________________________________</w:t>
      </w:r>
      <w:r>
        <w:br/>
        <w:t>Name: ____________________________________________________</w:t>
      </w:r>
      <w:r>
        <w:br/>
        <w:t>Address: __________________________________________________</w:t>
      </w:r>
      <w:r>
        <w:br/>
        <w:t>Postal Code and City: _______________________________________</w:t>
      </w:r>
      <w:r>
        <w:br/>
      </w:r>
      <w:r>
        <w:br/>
        <w:t>Declares not to intend to prepare for exams in the program</w:t>
      </w:r>
      <w:r w:rsidR="00B01399">
        <w:t>(s)</w:t>
      </w:r>
      <w:r>
        <w:t>:</w:t>
      </w:r>
      <w:r>
        <w:br/>
        <w:t>_______________________________________________________________</w:t>
      </w:r>
      <w:r>
        <w:br/>
      </w:r>
      <w:r>
        <w:br/>
        <w:t xml:space="preserve">And requests the Executive Board for permission to enroll as an auditor during the academic year </w:t>
      </w:r>
      <w:r w:rsidR="00C365E9">
        <w:t>2025-2026</w:t>
      </w:r>
      <w:r>
        <w:br/>
      </w:r>
      <w:r>
        <w:br/>
        <w:t>Place: ____________________</w:t>
      </w:r>
      <w:r>
        <w:br/>
        <w:t>Date: ____________________</w:t>
      </w:r>
      <w:r>
        <w:br/>
      </w:r>
      <w:r w:rsidR="005E6B82">
        <w:t xml:space="preserve">Auditor’s </w:t>
      </w:r>
      <w:r>
        <w:t>Signature: ____________________</w:t>
      </w:r>
      <w:r w:rsidR="005E6B82">
        <w:t xml:space="preserve"> </w:t>
      </w:r>
    </w:p>
    <w:p w14:paraId="08CD4E90" w14:textId="77777777" w:rsidR="001D19E4" w:rsidRDefault="00197EC9">
      <w:pPr>
        <w:pStyle w:val="Heading1"/>
      </w:pPr>
      <w:r>
        <w:lastRenderedPageBreak/>
        <w:t>To be completed by the program</w:t>
      </w:r>
    </w:p>
    <w:p w14:paraId="474B9625" w14:textId="78F015B9" w:rsidR="001D19E4" w:rsidRDefault="00197EC9">
      <w:r>
        <w:t>The board of the program:</w:t>
      </w:r>
      <w:r>
        <w:br/>
        <w:t>_______________________________________________________________</w:t>
      </w:r>
      <w:r>
        <w:br/>
      </w:r>
      <w:r>
        <w:br/>
        <w:t>Declares that Mr./Ms.</w:t>
      </w:r>
      <w:r>
        <w:br/>
        <w:t>_______________________________________________________________</w:t>
      </w:r>
      <w:r>
        <w:br/>
        <w:t xml:space="preserve">may attend education as an auditor during the academic year </w:t>
      </w:r>
      <w:r w:rsidR="009909EB">
        <w:t>2025-2026</w:t>
      </w:r>
      <w:r>
        <w:t>.</w:t>
      </w:r>
      <w:r>
        <w:br/>
      </w:r>
      <w:r>
        <w:br/>
        <w:t>On behalf of the program</w:t>
      </w:r>
      <w:r>
        <w:br/>
        <w:t>Place: ____________________</w:t>
      </w:r>
      <w:r>
        <w:br/>
        <w:t>Date: ____________________</w:t>
      </w:r>
      <w:r>
        <w:br/>
        <w:t>Signature: ____________________</w:t>
      </w:r>
      <w:r>
        <w:br/>
      </w:r>
      <w:r>
        <w:br/>
        <w:t>This form must be completed and signed by both the auditor and the program. Then send the form along with the enrollment documents to the Student Administration</w:t>
      </w:r>
      <w:r w:rsidR="00C365E9">
        <w:t xml:space="preserve"> by email: </w:t>
      </w:r>
      <w:hyperlink r:id="rId8" w:history="1">
        <w:r w:rsidR="001D19E4" w:rsidRPr="00C365E9">
          <w:rPr>
            <w:rStyle w:val="Hyperlink"/>
          </w:rPr>
          <w:t>sta@sea.leidenuniv.nl</w:t>
        </w:r>
      </w:hyperlink>
    </w:p>
    <w:p w14:paraId="39CBED3F" w14:textId="6E00DFF6" w:rsidR="001D19E4" w:rsidRDefault="00C365E9">
      <w:pPr>
        <w:pStyle w:val="Heading1"/>
      </w:pPr>
      <w:r w:rsidRPr="00C365E9">
        <w:t>Documents required for enrollment as an auditor:</w:t>
      </w:r>
    </w:p>
    <w:p w14:paraId="03032BDE" w14:textId="77777777" w:rsidR="001D19E4" w:rsidRPr="00AF7FF3" w:rsidRDefault="00197EC9">
      <w:pPr>
        <w:pStyle w:val="ListBullet"/>
        <w:rPr>
          <w:b/>
          <w:bCs/>
        </w:rPr>
      </w:pPr>
      <w:r w:rsidRPr="00AF7FF3">
        <w:rPr>
          <w:b/>
          <w:bCs/>
        </w:rPr>
        <w:t>First-year auditor:</w:t>
      </w:r>
    </w:p>
    <w:p w14:paraId="2BB696FA" w14:textId="4E02EE45" w:rsidR="001D19E4" w:rsidRDefault="00197EC9">
      <w:pPr>
        <w:pStyle w:val="ListNumber"/>
      </w:pPr>
      <w:r>
        <w:t>A completed and signed enrollment form</w:t>
      </w:r>
    </w:p>
    <w:p w14:paraId="16CAB890" w14:textId="617BA64E" w:rsidR="001D19E4" w:rsidRDefault="00197EC9">
      <w:pPr>
        <w:pStyle w:val="ListNumber"/>
      </w:pPr>
      <w:r>
        <w:t>A completed and signed form for attending education</w:t>
      </w:r>
    </w:p>
    <w:p w14:paraId="7A171838" w14:textId="5FA7E4FC" w:rsidR="001D19E4" w:rsidRDefault="00197EC9">
      <w:pPr>
        <w:pStyle w:val="ListNumber"/>
      </w:pPr>
      <w:r>
        <w:t>A copy of your passport/ID card or municipal basic administration personal data</w:t>
      </w:r>
    </w:p>
    <w:p w14:paraId="6309071D" w14:textId="470891E8" w:rsidR="001D19E4" w:rsidRDefault="00197EC9">
      <w:pPr>
        <w:pStyle w:val="ListNumber"/>
      </w:pPr>
      <w:r>
        <w:t>Proof of payment</w:t>
      </w:r>
    </w:p>
    <w:p w14:paraId="6C62DD97" w14:textId="77777777" w:rsidR="001D19E4" w:rsidRPr="00AF7FF3" w:rsidRDefault="00197EC9">
      <w:pPr>
        <w:pStyle w:val="ListBullet"/>
        <w:rPr>
          <w:b/>
          <w:bCs/>
        </w:rPr>
      </w:pPr>
      <w:r w:rsidRPr="00AF7FF3">
        <w:rPr>
          <w:b/>
          <w:bCs/>
        </w:rPr>
        <w:t>Returning auditor:</w:t>
      </w:r>
    </w:p>
    <w:p w14:paraId="27DBE5F0" w14:textId="2ED23C83" w:rsidR="001D19E4" w:rsidRDefault="00197EC9" w:rsidP="00A261E3">
      <w:pPr>
        <w:pStyle w:val="ListNumber"/>
        <w:numPr>
          <w:ilvl w:val="0"/>
          <w:numId w:val="10"/>
        </w:numPr>
      </w:pPr>
      <w:r>
        <w:t>A completed and signed enrollment form</w:t>
      </w:r>
    </w:p>
    <w:p w14:paraId="3A10FA3C" w14:textId="52682F27" w:rsidR="001D19E4" w:rsidRDefault="00197EC9">
      <w:pPr>
        <w:pStyle w:val="ListNumber"/>
      </w:pPr>
      <w:r>
        <w:t>A completed and signed form for attending education</w:t>
      </w:r>
    </w:p>
    <w:p w14:paraId="385CA5AA" w14:textId="01E5C28A" w:rsidR="001D19E4" w:rsidRDefault="00197EC9">
      <w:pPr>
        <w:pStyle w:val="ListNumber"/>
      </w:pPr>
      <w:r>
        <w:t>Proof of payment</w:t>
      </w:r>
    </w:p>
    <w:p w14:paraId="79F51779" w14:textId="77777777" w:rsidR="00A261E3" w:rsidRDefault="00A261E3" w:rsidP="00A261E3">
      <w:pPr>
        <w:pStyle w:val="ListNumber"/>
        <w:numPr>
          <w:ilvl w:val="0"/>
          <w:numId w:val="0"/>
        </w:numPr>
        <w:ind w:left="360" w:hanging="36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4390"/>
      </w:tblGrid>
      <w:tr w:rsidR="00A261E3" w14:paraId="211BD619" w14:textId="77777777" w:rsidTr="00427251">
        <w:tc>
          <w:tcPr>
            <w:tcW w:w="4390" w:type="dxa"/>
          </w:tcPr>
          <w:p w14:paraId="53D7F56D" w14:textId="77777777" w:rsidR="00A261E3" w:rsidRPr="00A261E3" w:rsidRDefault="00A261E3">
            <w:pPr>
              <w:rPr>
                <w:b/>
                <w:bCs/>
              </w:rPr>
            </w:pPr>
            <w:r w:rsidRPr="00A261E3">
              <w:rPr>
                <w:b/>
                <w:bCs/>
              </w:rPr>
              <w:t>Student administration</w:t>
            </w:r>
          </w:p>
          <w:p w14:paraId="10355F24" w14:textId="595959D4" w:rsidR="00A261E3" w:rsidRDefault="00A261E3">
            <w:r>
              <w:t>Visiting Address:</w:t>
            </w:r>
            <w:r>
              <w:br/>
              <w:t>Front Office Student Affairs (in Plexus)</w:t>
            </w:r>
            <w:r>
              <w:br/>
            </w:r>
            <w:proofErr w:type="spellStart"/>
            <w:r>
              <w:t>Kaiserstraat</w:t>
            </w:r>
            <w:proofErr w:type="spellEnd"/>
            <w:r>
              <w:t xml:space="preserve"> 25</w:t>
            </w:r>
            <w:r>
              <w:br/>
              <w:t>Opening hours: Mon–Thu from 13:00 – 16:00</w:t>
            </w:r>
            <w:r>
              <w:br/>
            </w:r>
          </w:p>
        </w:tc>
        <w:tc>
          <w:tcPr>
            <w:tcW w:w="4390" w:type="dxa"/>
          </w:tcPr>
          <w:p w14:paraId="5C976287" w14:textId="77777777" w:rsidR="00A261E3" w:rsidRDefault="00A261E3"/>
          <w:p w14:paraId="18A42CCD" w14:textId="6EC42429" w:rsidR="00A261E3" w:rsidRDefault="00A261E3" w:rsidP="00A261E3">
            <w:r>
              <w:t xml:space="preserve">email: </w:t>
            </w:r>
            <w:hyperlink r:id="rId9" w:history="1">
              <w:r w:rsidRPr="00C365E9">
                <w:rPr>
                  <w:rStyle w:val="Hyperlink"/>
                </w:rPr>
                <w:t>sta@sea.leidenuniv.nl</w:t>
              </w:r>
            </w:hyperlink>
          </w:p>
          <w:p w14:paraId="6A8F9389" w14:textId="1F868BF4" w:rsidR="00A261E3" w:rsidRDefault="00A261E3">
            <w:r>
              <w:t>Postal Address:</w:t>
            </w:r>
            <w:r>
              <w:br/>
              <w:t>Student Administration</w:t>
            </w:r>
            <w:r>
              <w:br/>
              <w:t>P.O. Box 9500, 2300 RA Leiden</w:t>
            </w:r>
            <w:r>
              <w:br/>
              <w:t>Phone: (071) 5278011</w:t>
            </w:r>
          </w:p>
        </w:tc>
      </w:tr>
    </w:tbl>
    <w:p w14:paraId="3D906D43" w14:textId="6D5784CB" w:rsidR="00A261E3" w:rsidRDefault="00197EC9">
      <w:r>
        <w:br/>
      </w:r>
    </w:p>
    <w:sectPr w:rsidR="00A261E3" w:rsidSect="00B01399">
      <w:headerReference w:type="default" r:id="rId10"/>
      <w:footerReference w:type="even" r:id="rId11"/>
      <w:footerReference w:type="default" r:id="rId12"/>
      <w:footerReference w:type="first" r:id="rId13"/>
      <w:pgSz w:w="12240" w:h="15840"/>
      <w:pgMar w:top="241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4B4EE6" w14:textId="77777777" w:rsidR="00EC6757" w:rsidRDefault="00EC6757" w:rsidP="00B01399">
      <w:pPr>
        <w:spacing w:after="0" w:line="240" w:lineRule="auto"/>
      </w:pPr>
      <w:r>
        <w:separator/>
      </w:r>
    </w:p>
  </w:endnote>
  <w:endnote w:type="continuationSeparator" w:id="0">
    <w:p w14:paraId="23732617" w14:textId="77777777" w:rsidR="00EC6757" w:rsidRDefault="00EC6757" w:rsidP="00B013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C5EF2" w14:textId="388CA95F" w:rsidR="00B01399" w:rsidRDefault="00B0139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074A700A" wp14:editId="016CD0D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2418080" cy="368935"/>
              <wp:effectExtent l="0" t="0" r="1270" b="0"/>
              <wp:wrapNone/>
              <wp:docPr id="2045416032" name="Text Box 2" descr="Classified as | Confidential - Vertrouwelijk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808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2AA5BE" w14:textId="2B253075" w:rsidR="00B01399" w:rsidRPr="00B01399" w:rsidRDefault="00B01399" w:rsidP="00B0139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139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| Confidential - Vertrouwelijk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4A700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ed as | Confidential - Vertrouwelijk" style="position:absolute;margin-left:0;margin-top:0;width:190.4pt;height:29.05pt;z-index:25165772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" filled="f" stroked="f">
              <v:textbox style="mso-fit-shape-to-text:t" inset="20pt,0,0,15pt">
                <w:txbxContent>
                  <w:p w14:paraId="1C2AA5BE" w14:textId="2B253075" w:rsidR="00B01399" w:rsidRPr="00B01399" w:rsidRDefault="00B01399" w:rsidP="00B0139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139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| Confidential - Vertrouwelijk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E1A2A" w14:textId="36956CC7" w:rsidR="00B01399" w:rsidRDefault="00B0139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1D7ADBEC" wp14:editId="4AE31ADB">
              <wp:simplePos x="1143000" y="9439275"/>
              <wp:positionH relativeFrom="page">
                <wp:align>left</wp:align>
              </wp:positionH>
              <wp:positionV relativeFrom="page">
                <wp:align>bottom</wp:align>
              </wp:positionV>
              <wp:extent cx="2418080" cy="368935"/>
              <wp:effectExtent l="0" t="0" r="1270" b="0"/>
              <wp:wrapNone/>
              <wp:docPr id="902975505" name="Text Box 3" descr="Classified as | Confidential - Vertrouwelijk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808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5D4337" w14:textId="31E85F4F" w:rsidR="00B01399" w:rsidRPr="00B01399" w:rsidRDefault="00B01399" w:rsidP="00B0139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139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| Confidential - Vertrouwelijk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7ADBE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ed as | Confidential - Vertrouwelijk" style="position:absolute;margin-left:0;margin-top:0;width:190.4pt;height:29.05pt;z-index:25166080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" filled="f" stroked="f">
              <v:textbox style="mso-fit-shape-to-text:t" inset="20pt,0,0,15pt">
                <w:txbxContent>
                  <w:p w14:paraId="415D4337" w14:textId="31E85F4F" w:rsidR="00B01399" w:rsidRPr="00B01399" w:rsidRDefault="00B01399" w:rsidP="00B0139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139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| Confidential - Vertrouwelijk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4EBB4" w14:textId="55C80C20" w:rsidR="00B01399" w:rsidRDefault="00B0139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768612EB" wp14:editId="62BEC1D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2418080" cy="368935"/>
              <wp:effectExtent l="0" t="0" r="1270" b="0"/>
              <wp:wrapNone/>
              <wp:docPr id="1218836232" name="Text Box 1" descr="Classified as | Confidential - Vertrouwelijk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808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17D1A0B" w14:textId="575CD0B7" w:rsidR="00B01399" w:rsidRPr="00B01399" w:rsidRDefault="00B01399" w:rsidP="00B0139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139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| Confidential - Vertrouwelijk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8612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ed as | Confidential - Vertrouwelijk" style="position:absolute;margin-left:0;margin-top:0;width:190.4pt;height:29.05pt;z-index:25165465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" filled="f" stroked="f">
              <v:textbox style="mso-fit-shape-to-text:t" inset="20pt,0,0,15pt">
                <w:txbxContent>
                  <w:p w14:paraId="217D1A0B" w14:textId="575CD0B7" w:rsidR="00B01399" w:rsidRPr="00B01399" w:rsidRDefault="00B01399" w:rsidP="00B0139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139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| Confidential - Vertrouwelijk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3895A" w14:textId="77777777" w:rsidR="00EC6757" w:rsidRDefault="00EC6757" w:rsidP="00B01399">
      <w:pPr>
        <w:spacing w:after="0" w:line="240" w:lineRule="auto"/>
      </w:pPr>
      <w:r>
        <w:separator/>
      </w:r>
    </w:p>
  </w:footnote>
  <w:footnote w:type="continuationSeparator" w:id="0">
    <w:p w14:paraId="48A92768" w14:textId="77777777" w:rsidR="00EC6757" w:rsidRDefault="00EC6757" w:rsidP="00B013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CAFC4" w14:textId="50E24C24" w:rsidR="00B01399" w:rsidRDefault="00B01399">
    <w:pPr>
      <w:pStyle w:val="Header"/>
    </w:pPr>
    <w:r>
      <w:rPr>
        <w:noProof/>
      </w:rPr>
      <w:drawing>
        <wp:anchor distT="0" distB="0" distL="114300" distR="114300" simplePos="0" relativeHeight="251659776" behindDoc="1" locked="0" layoutInCell="1" allowOverlap="1" wp14:anchorId="6AEC5F54" wp14:editId="05D2851C">
          <wp:simplePos x="0" y="0"/>
          <wp:positionH relativeFrom="column">
            <wp:posOffset>-152400</wp:posOffset>
          </wp:positionH>
          <wp:positionV relativeFrom="paragraph">
            <wp:posOffset>-190500</wp:posOffset>
          </wp:positionV>
          <wp:extent cx="2705100" cy="1068705"/>
          <wp:effectExtent l="0" t="0" r="0" b="0"/>
          <wp:wrapNone/>
          <wp:docPr id="3" name="Picture 3" descr="A blue and whit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blue and white logo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1068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8244FB5" w14:textId="77777777" w:rsidR="00B01399" w:rsidRDefault="00B013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76294894">
    <w:abstractNumId w:val="8"/>
  </w:num>
  <w:num w:numId="2" w16cid:durableId="1461875726">
    <w:abstractNumId w:val="6"/>
  </w:num>
  <w:num w:numId="3" w16cid:durableId="55669957">
    <w:abstractNumId w:val="5"/>
  </w:num>
  <w:num w:numId="4" w16cid:durableId="902720183">
    <w:abstractNumId w:val="4"/>
  </w:num>
  <w:num w:numId="5" w16cid:durableId="1109737376">
    <w:abstractNumId w:val="7"/>
  </w:num>
  <w:num w:numId="6" w16cid:durableId="1129545078">
    <w:abstractNumId w:val="3"/>
  </w:num>
  <w:num w:numId="7" w16cid:durableId="2110007465">
    <w:abstractNumId w:val="2"/>
  </w:num>
  <w:num w:numId="8" w16cid:durableId="2042978033">
    <w:abstractNumId w:val="1"/>
  </w:num>
  <w:num w:numId="9" w16cid:durableId="169101046">
    <w:abstractNumId w:val="0"/>
  </w:num>
  <w:num w:numId="10" w16cid:durableId="1736127078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97EC9"/>
    <w:rsid w:val="001D19E4"/>
    <w:rsid w:val="00240B42"/>
    <w:rsid w:val="0029639D"/>
    <w:rsid w:val="00326F90"/>
    <w:rsid w:val="00427251"/>
    <w:rsid w:val="00527488"/>
    <w:rsid w:val="005E6B82"/>
    <w:rsid w:val="0060311E"/>
    <w:rsid w:val="008F0CC2"/>
    <w:rsid w:val="00931694"/>
    <w:rsid w:val="009909EB"/>
    <w:rsid w:val="00A261E3"/>
    <w:rsid w:val="00AA1D8D"/>
    <w:rsid w:val="00AF7FF3"/>
    <w:rsid w:val="00B01399"/>
    <w:rsid w:val="00B47730"/>
    <w:rsid w:val="00C06190"/>
    <w:rsid w:val="00C365E9"/>
    <w:rsid w:val="00CB0664"/>
    <w:rsid w:val="00CE0336"/>
    <w:rsid w:val="00D24D8A"/>
    <w:rsid w:val="00E53A70"/>
    <w:rsid w:val="00EC6757"/>
    <w:rsid w:val="00F35217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ACECB4A"/>
  <w14:defaultImageDpi w14:val="300"/>
  <w15:docId w15:val="{56738B07-8124-433F-B6C0-6342914BF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C365E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65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kuiperma2\Downloads\sta@sea.leidenuniv.n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C:\Users\kuiperma2\Downloads\sta@sea.leidenuniv.n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communicatie.leidenuniv.nl/images/default/ul_logo_print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468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Kuiper, M.A. (Maritta)</cp:lastModifiedBy>
  <cp:revision>5</cp:revision>
  <cp:lastPrinted>2025-07-10T07:46:00Z</cp:lastPrinted>
  <dcterms:created xsi:type="dcterms:W3CDTF">2025-07-09T15:35:00Z</dcterms:created>
  <dcterms:modified xsi:type="dcterms:W3CDTF">2025-07-10T07:57:00Z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48a5f708,79ea9260,35d25011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Classified as | Confidential - Vertrouwelijk</vt:lpwstr>
  </property>
  <property fmtid="{D5CDD505-2E9C-101B-9397-08002B2CF9AE}" pid="5" name="MSIP_Label_ca9d1c42-cd29-4f9c-9ab5-4623aeb07a04_Enabled">
    <vt:lpwstr>true</vt:lpwstr>
  </property>
  <property fmtid="{D5CDD505-2E9C-101B-9397-08002B2CF9AE}" pid="6" name="MSIP_Label_ca9d1c42-cd29-4f9c-9ab5-4623aeb07a04_SetDate">
    <vt:lpwstr>2025-07-09T14:38:03Z</vt:lpwstr>
  </property>
  <property fmtid="{D5CDD505-2E9C-101B-9397-08002B2CF9AE}" pid="7" name="MSIP_Label_ca9d1c42-cd29-4f9c-9ab5-4623aeb07a04_Method">
    <vt:lpwstr>Standard</vt:lpwstr>
  </property>
  <property fmtid="{D5CDD505-2E9C-101B-9397-08002B2CF9AE}" pid="8" name="MSIP_Label_ca9d1c42-cd29-4f9c-9ab5-4623aeb07a04_Name">
    <vt:lpwstr>Confidential - Vertrouwelijk</vt:lpwstr>
  </property>
  <property fmtid="{D5CDD505-2E9C-101B-9397-08002B2CF9AE}" pid="9" name="MSIP_Label_ca9d1c42-cd29-4f9c-9ab5-4623aeb07a04_SiteId">
    <vt:lpwstr>ca2a7f76-dbd7-4ec0-9108-6b3d524fb7c8</vt:lpwstr>
  </property>
  <property fmtid="{D5CDD505-2E9C-101B-9397-08002B2CF9AE}" pid="10" name="MSIP_Label_ca9d1c42-cd29-4f9c-9ab5-4623aeb07a04_ActionId">
    <vt:lpwstr>818037dd-f453-4304-b50a-156553da4b2c</vt:lpwstr>
  </property>
  <property fmtid="{D5CDD505-2E9C-101B-9397-08002B2CF9AE}" pid="11" name="MSIP_Label_ca9d1c42-cd29-4f9c-9ab5-4623aeb07a04_ContentBits">
    <vt:lpwstr>2</vt:lpwstr>
  </property>
  <property fmtid="{D5CDD505-2E9C-101B-9397-08002B2CF9AE}" pid="12" name="MSIP_Label_ca9d1c42-cd29-4f9c-9ab5-4623aeb07a04_Tag">
    <vt:lpwstr>10, 1, 2, 1</vt:lpwstr>
  </property>
</Properties>
</file>