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41178D" w14:textId="77777777" w:rsidR="00AE3BAB" w:rsidRDefault="00AE3BAB">
      <w:pPr>
        <w:pStyle w:val="Heading1"/>
        <w:rPr>
          <w:lang w:val="nl-NL"/>
        </w:rPr>
      </w:pPr>
    </w:p>
    <w:p w14:paraId="0DB89F6A" w14:textId="30BE2FEB" w:rsidR="00B7072A" w:rsidRPr="0028656B" w:rsidRDefault="0028656B">
      <w:pPr>
        <w:pStyle w:val="Heading1"/>
        <w:rPr>
          <w:lang w:val="nl-NL"/>
        </w:rPr>
      </w:pPr>
      <w:r w:rsidRPr="0028656B">
        <w:rPr>
          <w:lang w:val="nl-NL"/>
        </w:rPr>
        <w:t>Richtlijnen motivatiebrief – Pre-University College Den Haag</w:t>
      </w:r>
    </w:p>
    <w:p w14:paraId="7EC84D97" w14:textId="38AFB106" w:rsidR="00B7072A" w:rsidRPr="0028656B" w:rsidRDefault="0028656B">
      <w:pPr>
        <w:rPr>
          <w:lang w:val="nl-NL"/>
        </w:rPr>
      </w:pPr>
      <w:r w:rsidRPr="0028656B">
        <w:rPr>
          <w:lang w:val="nl-NL"/>
        </w:rPr>
        <w:t>Je motivatiebrief is een persoonlijk document: een kans om jezelf voor te stellen zoals jij bent. We zijn benieuwd naar wie jij bent: wat jou interesseert, wat je goed kunt, waar je nieuwsgierig naar bent en waarom je graag wilt deelnemen aan het Pre-University College (PR</w:t>
      </w:r>
      <w:r>
        <w:rPr>
          <w:lang w:val="nl-NL"/>
        </w:rPr>
        <w:t xml:space="preserve">E) </w:t>
      </w:r>
      <w:r w:rsidRPr="0028656B">
        <w:rPr>
          <w:lang w:val="nl-NL"/>
        </w:rPr>
        <w:t>Er is geen ‘goede’ of ‘foute’ manier om dat te doen – wees vooral jezelf.</w:t>
      </w:r>
    </w:p>
    <w:p w14:paraId="6555A0E0" w14:textId="77777777" w:rsidR="00B7072A" w:rsidRPr="0028656B" w:rsidRDefault="0028656B">
      <w:pPr>
        <w:pStyle w:val="Heading2"/>
        <w:rPr>
          <w:lang w:val="nl-NL"/>
        </w:rPr>
      </w:pPr>
      <w:r w:rsidRPr="0028656B">
        <w:rPr>
          <w:lang w:val="nl-NL"/>
        </w:rPr>
        <w:t>Wat willen we graag van je horen?</w:t>
      </w:r>
    </w:p>
    <w:p w14:paraId="21099781" w14:textId="390EDA7D" w:rsidR="00B7072A" w:rsidRPr="0028656B" w:rsidRDefault="0028656B">
      <w:pPr>
        <w:rPr>
          <w:lang w:val="nl-NL"/>
        </w:rPr>
      </w:pPr>
      <w:r w:rsidRPr="0028656B">
        <w:rPr>
          <w:lang w:val="nl-NL"/>
        </w:rPr>
        <w:t>Gebruik onderstaande vragen als inspiratie voor je brief. Je hoeft ze niet allemaal letterlijk te beantwoorden of in deze volgorde te volgen, maar kijk aan het einde of je de meeste onderdelen hebt meegenomen</w:t>
      </w:r>
      <w:r w:rsidR="00DC196E">
        <w:rPr>
          <w:lang w:val="nl-NL"/>
        </w:rPr>
        <w:t>.</w:t>
      </w:r>
    </w:p>
    <w:p w14:paraId="0805F972" w14:textId="77777777" w:rsidR="00B7072A" w:rsidRDefault="0028656B">
      <w:pPr>
        <w:pStyle w:val="Heading3"/>
      </w:pPr>
      <w:proofErr w:type="spellStart"/>
      <w:r>
        <w:t>Algemene</w:t>
      </w:r>
      <w:proofErr w:type="spellEnd"/>
      <w:r>
        <w:t xml:space="preserve"> </w:t>
      </w:r>
      <w:proofErr w:type="spellStart"/>
      <w:r>
        <w:t>informatie</w:t>
      </w:r>
      <w:proofErr w:type="spellEnd"/>
    </w:p>
    <w:p w14:paraId="683F4C20" w14:textId="77777777" w:rsidR="00B7072A" w:rsidRDefault="0028656B">
      <w:pPr>
        <w:pStyle w:val="ListBullet"/>
      </w:pPr>
      <w:r>
        <w:t>Je naam</w:t>
      </w:r>
    </w:p>
    <w:p w14:paraId="5F584CED" w14:textId="77777777" w:rsidR="00B7072A" w:rsidRDefault="0028656B">
      <w:pPr>
        <w:pStyle w:val="ListBullet"/>
      </w:pPr>
      <w:r>
        <w:t>Je school</w:t>
      </w:r>
    </w:p>
    <w:p w14:paraId="598C101D" w14:textId="77777777" w:rsidR="00B7072A" w:rsidRDefault="0028656B">
      <w:pPr>
        <w:pStyle w:val="Heading3"/>
      </w:pPr>
      <w:r>
        <w:t>Wie ben jij?</w:t>
      </w:r>
    </w:p>
    <w:p w14:paraId="6D531794" w14:textId="77777777" w:rsidR="00B7072A" w:rsidRPr="0028656B" w:rsidRDefault="0028656B">
      <w:pPr>
        <w:pStyle w:val="ListBullet"/>
        <w:rPr>
          <w:lang w:val="nl-NL"/>
        </w:rPr>
      </w:pPr>
      <w:r w:rsidRPr="0028656B">
        <w:rPr>
          <w:lang w:val="nl-NL"/>
        </w:rPr>
        <w:t>Wat zijn jouw interesses of hobby’s?</w:t>
      </w:r>
    </w:p>
    <w:p w14:paraId="27BC69F3" w14:textId="77777777" w:rsidR="00B7072A" w:rsidRDefault="0028656B">
      <w:pPr>
        <w:pStyle w:val="ListBullet"/>
      </w:pPr>
      <w:r>
        <w:t xml:space="preserve">Wat </w:t>
      </w:r>
      <w:proofErr w:type="spellStart"/>
      <w:r>
        <w:t>maakt</w:t>
      </w:r>
      <w:proofErr w:type="spellEnd"/>
      <w:r>
        <w:t xml:space="preserve"> </w:t>
      </w:r>
      <w:proofErr w:type="spellStart"/>
      <w:r>
        <w:t>jou</w:t>
      </w:r>
      <w:proofErr w:type="spellEnd"/>
      <w:r>
        <w:t xml:space="preserve"> </w:t>
      </w:r>
      <w:proofErr w:type="spellStart"/>
      <w:r>
        <w:t>nieuwsgierig</w:t>
      </w:r>
      <w:proofErr w:type="spellEnd"/>
      <w:r>
        <w:t>?</w:t>
      </w:r>
    </w:p>
    <w:p w14:paraId="02395963" w14:textId="77777777" w:rsidR="00B7072A" w:rsidRPr="0028656B" w:rsidRDefault="0028656B">
      <w:pPr>
        <w:pStyle w:val="ListBullet"/>
        <w:rPr>
          <w:lang w:val="nl-NL"/>
        </w:rPr>
      </w:pPr>
      <w:r w:rsidRPr="0028656B">
        <w:rPr>
          <w:lang w:val="nl-NL"/>
        </w:rPr>
        <w:t>Waarin merk je dat jij een brede belangstelling hebt?</w:t>
      </w:r>
    </w:p>
    <w:p w14:paraId="6D26D0BA" w14:textId="77777777" w:rsidR="00B7072A" w:rsidRPr="0028656B" w:rsidRDefault="0028656B">
      <w:pPr>
        <w:pStyle w:val="ListBullet"/>
        <w:rPr>
          <w:lang w:val="nl-NL"/>
        </w:rPr>
      </w:pPr>
      <w:r w:rsidRPr="0028656B">
        <w:rPr>
          <w:lang w:val="nl-NL"/>
        </w:rPr>
        <w:t>Heb je weleens iets onderzocht, uitgezocht of geleerd waar je enthousiast van werd – op school of daarbuiten?</w:t>
      </w:r>
    </w:p>
    <w:p w14:paraId="05225E65" w14:textId="77777777" w:rsidR="00B7072A" w:rsidRPr="0028656B" w:rsidRDefault="0028656B">
      <w:pPr>
        <w:pStyle w:val="ListBullet"/>
        <w:rPr>
          <w:lang w:val="nl-NL"/>
        </w:rPr>
      </w:pPr>
      <w:r w:rsidRPr="0028656B">
        <w:rPr>
          <w:lang w:val="nl-NL"/>
        </w:rPr>
        <w:t>Heb je al een idee wat je later zou willen studeren of ben je nog aan het ontdekken?</w:t>
      </w:r>
    </w:p>
    <w:p w14:paraId="128C059C" w14:textId="77777777" w:rsidR="00B7072A" w:rsidRDefault="0028656B">
      <w:pPr>
        <w:pStyle w:val="Heading3"/>
      </w:pPr>
      <w:proofErr w:type="spellStart"/>
      <w:r>
        <w:t>Waarom</w:t>
      </w:r>
      <w:proofErr w:type="spellEnd"/>
      <w:r>
        <w:t xml:space="preserve"> PRE?</w:t>
      </w:r>
    </w:p>
    <w:p w14:paraId="20BFFF00" w14:textId="77777777" w:rsidR="00B7072A" w:rsidRPr="0028656B" w:rsidRDefault="0028656B">
      <w:pPr>
        <w:pStyle w:val="ListBullet"/>
        <w:rPr>
          <w:lang w:val="nl-NL"/>
        </w:rPr>
      </w:pPr>
      <w:r w:rsidRPr="0028656B">
        <w:rPr>
          <w:lang w:val="nl-NL"/>
        </w:rPr>
        <w:t>Waarom kies je voor het Pre-University College Den Haag?</w:t>
      </w:r>
    </w:p>
    <w:p w14:paraId="00A667DD" w14:textId="77777777" w:rsidR="00B7072A" w:rsidRPr="0028656B" w:rsidRDefault="0028656B">
      <w:pPr>
        <w:pStyle w:val="ListBullet"/>
        <w:rPr>
          <w:lang w:val="nl-NL"/>
        </w:rPr>
      </w:pPr>
      <w:r w:rsidRPr="0028656B">
        <w:rPr>
          <w:lang w:val="nl-NL"/>
        </w:rPr>
        <w:t>Wat hoop je te leren of te ontdekken tijdens het programma?</w:t>
      </w:r>
    </w:p>
    <w:p w14:paraId="0AEB39FE" w14:textId="77777777" w:rsidR="00B7072A" w:rsidRPr="0028656B" w:rsidRDefault="0028656B">
      <w:pPr>
        <w:pStyle w:val="ListBullet"/>
        <w:rPr>
          <w:lang w:val="nl-NL"/>
        </w:rPr>
      </w:pPr>
      <w:r w:rsidRPr="0028656B">
        <w:rPr>
          <w:lang w:val="nl-NL"/>
        </w:rPr>
        <w:t>Zijn er dingen die je op school mist, maar waarvan je denkt dat je er bij PRE wel ruimte voor krijgt?</w:t>
      </w:r>
    </w:p>
    <w:p w14:paraId="7D1C7B4B" w14:textId="77777777" w:rsidR="00B7072A" w:rsidRDefault="0028656B">
      <w:pPr>
        <w:pStyle w:val="Heading3"/>
      </w:pPr>
      <w:proofErr w:type="spellStart"/>
      <w:r>
        <w:t>Tijdsbelasting</w:t>
      </w:r>
      <w:proofErr w:type="spellEnd"/>
    </w:p>
    <w:p w14:paraId="48B2F687" w14:textId="77777777" w:rsidR="00B7072A" w:rsidRPr="0028656B" w:rsidRDefault="0028656B">
      <w:pPr>
        <w:pStyle w:val="ListBullet"/>
        <w:rPr>
          <w:lang w:val="nl-NL"/>
        </w:rPr>
      </w:pPr>
      <w:r w:rsidRPr="0028656B">
        <w:rPr>
          <w:lang w:val="nl-NL"/>
        </w:rPr>
        <w:t>Voor het PRE mis je wekelijks ongeveer een middag school. Je pre-mentor helpt je met het plannen van toetsen of opdrachten.</w:t>
      </w:r>
    </w:p>
    <w:p w14:paraId="14A86818" w14:textId="77777777" w:rsidR="00B7072A" w:rsidRDefault="0028656B">
      <w:pPr>
        <w:pStyle w:val="ListBullet"/>
        <w:rPr>
          <w:lang w:val="nl-NL"/>
        </w:rPr>
      </w:pPr>
      <w:r w:rsidRPr="0028656B">
        <w:rPr>
          <w:lang w:val="nl-NL"/>
        </w:rPr>
        <w:t>Leg uit waarom jij denkt dat je die verantwoordelijkheid goed aan kunt en hoe je dat wilt aanpakken.</w:t>
      </w:r>
    </w:p>
    <w:p w14:paraId="0F1ACD8F" w14:textId="77777777" w:rsidR="00AE3BAB" w:rsidRDefault="00AE3BAB" w:rsidP="00AE3BAB">
      <w:pPr>
        <w:pStyle w:val="ListBullet"/>
        <w:numPr>
          <w:ilvl w:val="0"/>
          <w:numId w:val="0"/>
        </w:numPr>
        <w:rPr>
          <w:lang w:val="nl-NL"/>
        </w:rPr>
      </w:pPr>
    </w:p>
    <w:p w14:paraId="3FC62D21" w14:textId="77777777" w:rsidR="00AE3BAB" w:rsidRDefault="00AE3BAB">
      <w:pPr>
        <w:rPr>
          <w:rFonts w:asciiTheme="majorHAnsi" w:eastAsiaTheme="majorEastAsia" w:hAnsiTheme="majorHAnsi" w:cstheme="majorBidi"/>
          <w:b/>
          <w:bCs/>
          <w:color w:val="4F81BD" w:themeColor="accent1"/>
          <w:lang w:val="nl-NL"/>
        </w:rPr>
      </w:pPr>
      <w:r>
        <w:rPr>
          <w:lang w:val="nl-NL"/>
        </w:rPr>
        <w:br w:type="page"/>
      </w:r>
    </w:p>
    <w:p w14:paraId="0983F1C1" w14:textId="77777777" w:rsidR="00AE3BAB" w:rsidRDefault="00AE3BAB" w:rsidP="00AE3BAB">
      <w:pPr>
        <w:pStyle w:val="Heading3"/>
        <w:rPr>
          <w:lang w:val="nl-NL"/>
        </w:rPr>
      </w:pPr>
    </w:p>
    <w:p w14:paraId="3D7B2542" w14:textId="5B313325" w:rsidR="00AE3BAB" w:rsidRDefault="00AE3BAB" w:rsidP="00AE3BAB">
      <w:pPr>
        <w:pStyle w:val="Heading3"/>
        <w:rPr>
          <w:lang w:val="nl-NL"/>
        </w:rPr>
      </w:pPr>
      <w:commentRangeStart w:id="0"/>
      <w:r w:rsidRPr="00AE3BAB">
        <w:rPr>
          <w:lang w:val="nl-NL"/>
        </w:rPr>
        <w:t>Afspraken en commu</w:t>
      </w:r>
      <w:r>
        <w:rPr>
          <w:lang w:val="nl-NL"/>
        </w:rPr>
        <w:t>nicatie</w:t>
      </w:r>
    </w:p>
    <w:p w14:paraId="2CE15091" w14:textId="00F247F5" w:rsidR="00AE3BAB" w:rsidRPr="00AE3BAB" w:rsidRDefault="00AE3BAB" w:rsidP="00AE3BAB">
      <w:pPr>
        <w:spacing w:after="120"/>
        <w:rPr>
          <w:lang w:val="nl-NL"/>
        </w:rPr>
      </w:pPr>
      <w:r w:rsidRPr="00AE3BAB">
        <w:rPr>
          <w:lang w:val="nl-NL"/>
        </w:rPr>
        <w:t>PRE is een programma met vaste momenten en groepsactiviteiten. Jouw aanwezigheid en betrokkenheid hebben effect op de andere deelnemers en op de begeleiders. Dat betekent dat we van je verwachten dat je je tijdig afmeldt als je er niet bij kunt zijn, en dat je zelf de verantwoordelijkheid neemt om dit te communiceren</w:t>
      </w:r>
      <w:r>
        <w:rPr>
          <w:lang w:val="nl-NL"/>
        </w:rPr>
        <w:t>,</w:t>
      </w:r>
      <w:r w:rsidRPr="00AE3BAB">
        <w:rPr>
          <w:lang w:val="nl-NL"/>
        </w:rPr>
        <w:t xml:space="preserve"> ook als dat soms onhandig uitkomt.</w:t>
      </w:r>
    </w:p>
    <w:p w14:paraId="5ADCA710" w14:textId="77777777" w:rsidR="00AE3BAB" w:rsidRPr="00AE3BAB" w:rsidRDefault="00AE3BAB" w:rsidP="00AE3BAB">
      <w:pPr>
        <w:pStyle w:val="ListParagraph"/>
        <w:numPr>
          <w:ilvl w:val="0"/>
          <w:numId w:val="10"/>
        </w:numPr>
        <w:spacing w:after="160"/>
      </w:pPr>
      <w:r w:rsidRPr="00AE3BAB">
        <w:rPr>
          <w:lang w:val="nl-NL"/>
        </w:rPr>
        <w:t xml:space="preserve">Geef een voorbeeld van een situatie waarin je een verplichting had die lastig te combineren was met andere dingen. </w:t>
      </w:r>
      <w:r w:rsidRPr="00AE3BAB">
        <w:t xml:space="preserve">Hoe ben je </w:t>
      </w:r>
      <w:proofErr w:type="spellStart"/>
      <w:r w:rsidRPr="00AE3BAB">
        <w:t>daarmee</w:t>
      </w:r>
      <w:proofErr w:type="spellEnd"/>
      <w:r w:rsidRPr="00AE3BAB">
        <w:t xml:space="preserve"> </w:t>
      </w:r>
      <w:proofErr w:type="spellStart"/>
      <w:r w:rsidRPr="00AE3BAB">
        <w:t>omgegaan</w:t>
      </w:r>
      <w:proofErr w:type="spellEnd"/>
      <w:r w:rsidRPr="00AE3BAB">
        <w:t>?</w:t>
      </w:r>
      <w:commentRangeEnd w:id="0"/>
      <w:r>
        <w:rPr>
          <w:rStyle w:val="CommentReference"/>
        </w:rPr>
        <w:commentReference w:id="0"/>
      </w:r>
    </w:p>
    <w:p w14:paraId="1BAE2C66" w14:textId="77777777" w:rsidR="00B7072A" w:rsidRPr="00AE3BAB" w:rsidRDefault="0028656B">
      <w:pPr>
        <w:pStyle w:val="Heading3"/>
        <w:rPr>
          <w:lang w:val="nl-NL"/>
        </w:rPr>
      </w:pPr>
      <w:r w:rsidRPr="00AE3BAB">
        <w:rPr>
          <w:lang w:val="nl-NL"/>
        </w:rPr>
        <w:t>Wat breng jij mee?</w:t>
      </w:r>
    </w:p>
    <w:p w14:paraId="03EA0A11" w14:textId="77777777" w:rsidR="00B7072A" w:rsidRPr="0028656B" w:rsidRDefault="0028656B">
      <w:pPr>
        <w:pStyle w:val="ListBullet"/>
        <w:rPr>
          <w:lang w:val="nl-NL"/>
        </w:rPr>
      </w:pPr>
      <w:r w:rsidRPr="0028656B">
        <w:rPr>
          <w:lang w:val="nl-NL"/>
        </w:rPr>
        <w:t>Waar ben je goed in of trots op?</w:t>
      </w:r>
    </w:p>
    <w:p w14:paraId="4490ECD1" w14:textId="77777777" w:rsidR="00B7072A" w:rsidRPr="0028656B" w:rsidRDefault="0028656B">
      <w:pPr>
        <w:pStyle w:val="ListBullet"/>
        <w:rPr>
          <w:lang w:val="nl-NL"/>
        </w:rPr>
      </w:pPr>
      <w:r w:rsidRPr="0028656B">
        <w:rPr>
          <w:lang w:val="nl-NL"/>
        </w:rPr>
        <w:t>Hoe denk je dat jouw sterke kanten of ervaringen bijdragen aan het samenwerken met andere leerlingen?</w:t>
      </w:r>
    </w:p>
    <w:p w14:paraId="06D9E213" w14:textId="77777777" w:rsidR="00B7072A" w:rsidRPr="0028656B" w:rsidRDefault="0028656B">
      <w:pPr>
        <w:pStyle w:val="Heading2"/>
        <w:rPr>
          <w:lang w:val="nl-NL"/>
        </w:rPr>
      </w:pPr>
      <w:r w:rsidRPr="0028656B">
        <w:rPr>
          <w:lang w:val="nl-NL"/>
        </w:rPr>
        <w:t>Tot slot: wees echt</w:t>
      </w:r>
    </w:p>
    <w:p w14:paraId="626B89DA" w14:textId="4C45F7F4" w:rsidR="0028656B" w:rsidRPr="0028656B" w:rsidRDefault="0028656B" w:rsidP="0028656B">
      <w:pPr>
        <w:rPr>
          <w:lang w:val="nl-NL"/>
        </w:rPr>
      </w:pPr>
      <w:r w:rsidRPr="0028656B">
        <w:rPr>
          <w:lang w:val="nl-NL"/>
        </w:rPr>
        <w:t>Schrijf je brief in je eigen woorden en geef voorbeelden uit je eigen leven. We merken het snel als een tekst niet persoonlijk is</w:t>
      </w:r>
      <w:r>
        <w:rPr>
          <w:lang w:val="nl-NL"/>
        </w:rPr>
        <w:t xml:space="preserve"> en door AI is gegenereerd</w:t>
      </w:r>
      <w:r w:rsidRPr="0028656B">
        <w:rPr>
          <w:lang w:val="nl-NL"/>
        </w:rPr>
        <w:t>. Juist jouw ervaringen en motivatie maken je brief waardevol.</w:t>
      </w:r>
    </w:p>
    <w:p w14:paraId="195BCA14" w14:textId="7897BEE9" w:rsidR="00B7072A" w:rsidRPr="0028656B" w:rsidRDefault="0028656B">
      <w:pPr>
        <w:rPr>
          <w:lang w:val="nl-NL"/>
        </w:rPr>
      </w:pPr>
      <w:r w:rsidRPr="0028656B">
        <w:rPr>
          <w:lang w:val="nl-NL"/>
        </w:rPr>
        <w:t xml:space="preserve">Tip: Schrijf eerst een ruwe versie, en lees daarna nog eens rustig terug of je brief een goed beeld van jou geeft. </w:t>
      </w:r>
      <w:r>
        <w:rPr>
          <w:lang w:val="nl-NL"/>
        </w:rPr>
        <w:t xml:space="preserve">Het </w:t>
      </w:r>
      <w:r w:rsidRPr="0028656B">
        <w:rPr>
          <w:lang w:val="nl-NL"/>
        </w:rPr>
        <w:t>hoeft echt niet perfect te zijn – laat vooral zien wat jou nieuwsgierig maakt en waarom jij graag aan PRE mee wilt doen.</w:t>
      </w:r>
    </w:p>
    <w:sectPr w:rsidR="00B7072A" w:rsidRPr="0028656B" w:rsidSect="00034616">
      <w:headerReference w:type="default" r:id="rId12"/>
      <w:pgSz w:w="12240" w:h="15840"/>
      <w:pgMar w:top="1440" w:right="1800" w:bottom="1440" w:left="180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Kerkhof, M.J.H. (Miyuki)" w:date="2026-03-24T12:41:00Z" w:initials="MK">
    <w:p w14:paraId="25DE2E64" w14:textId="77777777" w:rsidR="00AE3BAB" w:rsidRDefault="00AE3BAB" w:rsidP="00AE3BAB">
      <w:pPr>
        <w:pStyle w:val="CommentText"/>
      </w:pPr>
      <w:r>
        <w:rPr>
          <w:rStyle w:val="CommentReference"/>
        </w:rPr>
        <w:annotationRef/>
      </w:r>
      <w:r>
        <w:t>Ik heb dit toegevoegd als nieuw onderdeel</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5DE2E6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9BD25EC" w16cex:dateUtc="2026-03-24T11: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5DE2E64" w16cid:durableId="79BD25E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3E1B47" w14:textId="77777777" w:rsidR="0028656B" w:rsidRDefault="0028656B" w:rsidP="0028656B">
      <w:pPr>
        <w:spacing w:after="0" w:line="240" w:lineRule="auto"/>
      </w:pPr>
      <w:r>
        <w:separator/>
      </w:r>
    </w:p>
  </w:endnote>
  <w:endnote w:type="continuationSeparator" w:id="0">
    <w:p w14:paraId="570E9B53" w14:textId="77777777" w:rsidR="0028656B" w:rsidRDefault="0028656B" w:rsidP="002865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4DED5C" w14:textId="77777777" w:rsidR="0028656B" w:rsidRDefault="0028656B" w:rsidP="0028656B">
      <w:pPr>
        <w:spacing w:after="0" w:line="240" w:lineRule="auto"/>
      </w:pPr>
      <w:r>
        <w:separator/>
      </w:r>
    </w:p>
  </w:footnote>
  <w:footnote w:type="continuationSeparator" w:id="0">
    <w:p w14:paraId="5630A12F" w14:textId="77777777" w:rsidR="0028656B" w:rsidRDefault="0028656B" w:rsidP="002865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DB144E" w14:textId="67E76E36" w:rsidR="0028656B" w:rsidRDefault="0028656B">
    <w:pPr>
      <w:pStyle w:val="Header"/>
    </w:pPr>
    <w:r>
      <w:rPr>
        <w:noProof/>
        <w:lang w:eastAsia="nl-NL"/>
      </w:rPr>
      <w:drawing>
        <wp:inline distT="0" distB="0" distL="0" distR="0" wp14:anchorId="347C01D5" wp14:editId="4F333BC8">
          <wp:extent cx="1044054" cy="540095"/>
          <wp:effectExtent l="0" t="0" r="3810" b="0"/>
          <wp:docPr id="1" name="Afbeelding 1" descr="A blue and whit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 blue and white logo&#10;&#10;AI-generated content may be incorrect."/>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60943" cy="54883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58565DD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5B0353C7"/>
    <w:multiLevelType w:val="hybridMultilevel"/>
    <w:tmpl w:val="9A425D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991209935">
    <w:abstractNumId w:val="8"/>
  </w:num>
  <w:num w:numId="2" w16cid:durableId="191383540">
    <w:abstractNumId w:val="6"/>
  </w:num>
  <w:num w:numId="3" w16cid:durableId="767314141">
    <w:abstractNumId w:val="5"/>
  </w:num>
  <w:num w:numId="4" w16cid:durableId="1229421635">
    <w:abstractNumId w:val="4"/>
  </w:num>
  <w:num w:numId="5" w16cid:durableId="793449985">
    <w:abstractNumId w:val="7"/>
  </w:num>
  <w:num w:numId="6" w16cid:durableId="722943706">
    <w:abstractNumId w:val="3"/>
  </w:num>
  <w:num w:numId="7" w16cid:durableId="1845776826">
    <w:abstractNumId w:val="2"/>
  </w:num>
  <w:num w:numId="8" w16cid:durableId="313222817">
    <w:abstractNumId w:val="1"/>
  </w:num>
  <w:num w:numId="9" w16cid:durableId="1924101970">
    <w:abstractNumId w:val="0"/>
  </w:num>
  <w:num w:numId="10" w16cid:durableId="775321546">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erkhof, M.J.H. (Miyuki)">
    <w15:presenceInfo w15:providerId="AD" w15:userId="S::kerkhofmjh@vuw.leidenuniv.nl::902419aa-3f26-45ea-bb63-0962d0e1a57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6063C"/>
    <w:rsid w:val="0015074B"/>
    <w:rsid w:val="0028656B"/>
    <w:rsid w:val="0029639D"/>
    <w:rsid w:val="00326F90"/>
    <w:rsid w:val="00775A63"/>
    <w:rsid w:val="00AA1D8D"/>
    <w:rsid w:val="00AE3BAB"/>
    <w:rsid w:val="00B47730"/>
    <w:rsid w:val="00B7072A"/>
    <w:rsid w:val="00CB0664"/>
    <w:rsid w:val="00DC196E"/>
    <w:rsid w:val="00DE7680"/>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66E0275"/>
  <w14:defaultImageDpi w14:val="300"/>
  <w15:docId w15:val="{F6B49938-E48F-4491-951C-337986FEA4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CommentReference">
    <w:name w:val="annotation reference"/>
    <w:basedOn w:val="DefaultParagraphFont"/>
    <w:uiPriority w:val="99"/>
    <w:semiHidden/>
    <w:unhideWhenUsed/>
    <w:rsid w:val="00AE3BAB"/>
    <w:rPr>
      <w:sz w:val="16"/>
      <w:szCs w:val="16"/>
    </w:rPr>
  </w:style>
  <w:style w:type="paragraph" w:styleId="CommentText">
    <w:name w:val="annotation text"/>
    <w:basedOn w:val="Normal"/>
    <w:link w:val="CommentTextChar"/>
    <w:uiPriority w:val="99"/>
    <w:unhideWhenUsed/>
    <w:rsid w:val="00AE3BAB"/>
    <w:pPr>
      <w:spacing w:line="240" w:lineRule="auto"/>
    </w:pPr>
    <w:rPr>
      <w:sz w:val="20"/>
      <w:szCs w:val="20"/>
    </w:rPr>
  </w:style>
  <w:style w:type="character" w:customStyle="1" w:styleId="CommentTextChar">
    <w:name w:val="Comment Text Char"/>
    <w:basedOn w:val="DefaultParagraphFont"/>
    <w:link w:val="CommentText"/>
    <w:uiPriority w:val="99"/>
    <w:rsid w:val="00AE3BAB"/>
    <w:rPr>
      <w:sz w:val="20"/>
      <w:szCs w:val="20"/>
    </w:rPr>
  </w:style>
  <w:style w:type="paragraph" w:styleId="CommentSubject">
    <w:name w:val="annotation subject"/>
    <w:basedOn w:val="CommentText"/>
    <w:next w:val="CommentText"/>
    <w:link w:val="CommentSubjectChar"/>
    <w:uiPriority w:val="99"/>
    <w:semiHidden/>
    <w:unhideWhenUsed/>
    <w:rsid w:val="00AE3BAB"/>
    <w:rPr>
      <w:b/>
      <w:bCs/>
    </w:rPr>
  </w:style>
  <w:style w:type="character" w:customStyle="1" w:styleId="CommentSubjectChar">
    <w:name w:val="Comment Subject Char"/>
    <w:basedOn w:val="CommentTextChar"/>
    <w:link w:val="CommentSubject"/>
    <w:uiPriority w:val="99"/>
    <w:semiHidden/>
    <w:rsid w:val="00AE3BA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7116930">
      <w:bodyDiv w:val="1"/>
      <w:marLeft w:val="0"/>
      <w:marRight w:val="0"/>
      <w:marTop w:val="0"/>
      <w:marBottom w:val="0"/>
      <w:divBdr>
        <w:top w:val="none" w:sz="0" w:space="0" w:color="auto"/>
        <w:left w:val="none" w:sz="0" w:space="0" w:color="auto"/>
        <w:bottom w:val="none" w:sz="0" w:space="0" w:color="auto"/>
        <w:right w:val="none" w:sz="0" w:space="0" w:color="auto"/>
      </w:divBdr>
      <w:divsChild>
        <w:div w:id="175879060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10473749">
      <w:bodyDiv w:val="1"/>
      <w:marLeft w:val="0"/>
      <w:marRight w:val="0"/>
      <w:marTop w:val="0"/>
      <w:marBottom w:val="0"/>
      <w:divBdr>
        <w:top w:val="none" w:sz="0" w:space="0" w:color="auto"/>
        <w:left w:val="none" w:sz="0" w:space="0" w:color="auto"/>
        <w:bottom w:val="none" w:sz="0" w:space="0" w:color="auto"/>
        <w:right w:val="none" w:sz="0" w:space="0" w:color="auto"/>
      </w:divBdr>
      <w:divsChild>
        <w:div w:id="32914514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56613720">
      <w:bodyDiv w:val="1"/>
      <w:marLeft w:val="0"/>
      <w:marRight w:val="0"/>
      <w:marTop w:val="0"/>
      <w:marBottom w:val="0"/>
      <w:divBdr>
        <w:top w:val="none" w:sz="0" w:space="0" w:color="auto"/>
        <w:left w:val="none" w:sz="0" w:space="0" w:color="auto"/>
        <w:bottom w:val="none" w:sz="0" w:space="0" w:color="auto"/>
        <w:right w:val="none" w:sz="0" w:space="0" w:color="auto"/>
      </w:divBdr>
    </w:div>
    <w:div w:id="182199617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theme" Target="theme/theme1.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Metadata/LabelInfo.xml><?xml version="1.0" encoding="utf-8"?>
<clbl:labelList xmlns:clbl="http://schemas.microsoft.com/office/2020/mipLabelMetadata">
  <clbl:label id="{d465f887-04a9-4c17-8b62-103eddccf68b}" enabled="1" method="Standard" siteId="{ca2a7f76-dbd7-4ec0-9108-6b3d524fb7c8}" contentBits="0" removed="0"/>
</clbl:labelList>
</file>

<file path=docProps/app.xml><?xml version="1.0" encoding="utf-8"?>
<Properties xmlns="http://schemas.openxmlformats.org/officeDocument/2006/extended-properties" xmlns:vt="http://schemas.openxmlformats.org/officeDocument/2006/docPropsVTypes">
  <Template>Normal</Template>
  <TotalTime>0</TotalTime>
  <Pages>2</Pages>
  <Words>396</Words>
  <Characters>2258</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2649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Kerkhof, M.J.H. (Miyuki)</cp:lastModifiedBy>
  <cp:revision>3</cp:revision>
  <dcterms:created xsi:type="dcterms:W3CDTF">2026-03-24T11:38:00Z</dcterms:created>
  <dcterms:modified xsi:type="dcterms:W3CDTF">2026-03-24T11:41:00Z</dcterms:modified>
  <cp:category/>
</cp:coreProperties>
</file>